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 w:before="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0284C7"/>
          <w:sz w:val="24"/>
          <w:u w:val="none"/>
          <w:rtl/>
          <w:bCs/>
          <w:szCs w:val="24"/>
        </w:rPr>
        <w:t>מהדורה למורה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284C7"/>
          <w:sz w:val="44"/>
          <w:u w:val="none"/>
          <w:rtl/>
          <w:bCs/>
          <w:szCs w:val="44"/>
        </w:rPr>
        <w:t>❄️ חוברת חורף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ארבעה טקסטים לחופשה: גשם, קיפוד, ציפורים נודדות וסיפור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0f2fe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כיתות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כיתות ב׳–ו׳</w:t>
            </w:r>
          </w:p>
        </w:tc>
      </w:tr>
      <w:tr>
        <w:tc>
          <w:tcPr>
            <w:tcW w:type="dxa" w:w="5103"/>
            <w:shd w:val="clear" w:color="auto" w:fill="e0f2fe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סוג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חוברת טקסטים לחופשה</w:t>
            </w:r>
          </w:p>
        </w:tc>
      </w:tr>
      <w:tr>
        <w:tc>
          <w:tcPr>
            <w:tcW w:type="dxa" w:w="5103"/>
            <w:shd w:val="clear" w:color="auto" w:fill="e0f2fe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רמות בחוברת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רמה רגילה (כיתות ג׳–ד׳) | רמה מתקדמת (כיתות ה׳–ו׳) | רמה מותאמת – עולים וחנ״מ (כיתות ב׳–ג׳ · עולים · חנ״מ)</w:t>
            </w:r>
          </w:p>
        </w:tc>
      </w:tr>
      <w:tr>
        <w:tc>
          <w:tcPr>
            <w:tcW w:type="dxa" w:w="5103"/>
            <w:shd w:val="clear" w:color="auto" w:fill="e0f2fe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מטרות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קריאה עצמאית בחופשה • קריאת טקסטים מידעיים וסיפוריים • קישור בין טקסטים • ערכים: שיתוף ושמירה על הטבע</w:t>
            </w:r>
          </w:p>
        </w:tc>
      </w:tr>
      <w:tr>
        <w:tc>
          <w:tcPr>
            <w:tcW w:type="dxa" w:w="5103"/>
            <w:shd w:val="clear" w:color="auto" w:fill="e0f2fe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מיומנויות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הבנת הנקרא • השוואה • כתיבה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0284C7"/>
          <w:sz w:val="30"/>
          <w:u w:val="none"/>
          <w:rtl/>
          <w:bCs/>
          <w:szCs w:val="30"/>
        </w:rPr>
        <w:t>מהלך מוצע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0f2fe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לפני החופשה (10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מציגים את החוברת וקוראים יחד את טקסט 1.</w:t>
            </w:r>
          </w:p>
        </w:tc>
      </w:tr>
      <w:tr>
        <w:tc>
          <w:tcPr>
            <w:tcW w:type="dxa" w:w="5103"/>
            <w:shd w:val="clear" w:color="auto" w:fill="e0f2fe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בחופשה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טקסט אחד ביום + תפזורת/ציור.</w:t>
            </w:r>
          </w:p>
        </w:tc>
      </w:tr>
      <w:tr>
        <w:tc>
          <w:tcPr>
            <w:tcW w:type="dxa" w:w="5103"/>
            <w:shd w:val="clear" w:color="auto" w:fill="e0f2fe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אחרי החופשה (20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שיתוף ביומן החופשה וכרטיס יציאה.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0284C7"/>
          <w:sz w:val="30"/>
          <w:u w:val="none"/>
          <w:rtl/>
          <w:bCs/>
          <w:szCs w:val="30"/>
        </w:rPr>
        <w:t>✅ מפתח תשובות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284C7"/>
          <w:sz w:val="26"/>
          <w:u w:val="none"/>
          <w:rtl/>
          <w:bCs/>
          <w:szCs w:val="26"/>
        </w:rPr>
        <w:t>רמה רגילה · כיתות ג׳–ד׳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יורה ← הגשם הראשון של העונה; מלקוש ← הגשם האחרון, באביב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כי הוא מרכך את האדמה ומאפשר לחרוש ולזרוע.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1. לא נכון (לאט); 2. נכון; 3. לא נכון (לא מעירים ולא מזיזים)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כי ישראל נמצאת בין שלוש יבשות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5.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נתינה ושיתוף – גם כשזה לא נוח – יוצרים חברות; תום החזיר טובה: הביא מטרייה משלו ושוקו חם לעדן.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6.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המילים: גשם, יורה, מלקוש, קיפוד, עגור, מטרייה, ענן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7.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ציור אישי – לבדוק שהציור מתאים להוראה.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284C7"/>
          <w:sz w:val="26"/>
          <w:u w:val="none"/>
          <w:rtl/>
          <w:bCs/>
          <w:szCs w:val="26"/>
        </w:rPr>
        <w:t>רמה מתקדמת · כיתות ה׳–ו׳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1 מידעי – הגשם בישראל ותפקידו (יורה ומלקוש); 2 מידעי – תרדמת החורף של הקיפוד; 3 מידעי – ישראל כנתיב נדידה, העגורים בחולה; 4 סיפורי – נתינה ושיתוף יוצרים חברות.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שניהם מראים איך החורף משפיע על החיים: הגשם חשוב לחקלאות ולמים; בעלי חיים כמו הקיפוד מסתגלים למחסור במזון בחורף.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כמו בכביש מהיר שעוברות בו מכוניות רבות, מעל ישראל עוברות ציפורים רבות מאוד בדרכן בין היבשות.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מאוזן: 2. מטרייה, 4. תרדמה, 6. עגורים | מאונך: 1. כנרת, 3. יורה, 5. מלקוש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5.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 – לבדוק התאמה לשאלה ולטקסט.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284C7"/>
          <w:sz w:val="26"/>
          <w:u w:val="none"/>
          <w:rtl/>
          <w:bCs/>
          <w:szCs w:val="26"/>
        </w:rPr>
        <w:t>רמה מותאמת – עולים וחנ״מ · כיתות ב׳–ג׳ · עולים · חנ״מ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מטרייה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הקיפוד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❄️ חורף: מעיל, צעיף, מגפיים | ☀️ קיץ: כובע ים, סנדלים, בגד ים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ציור אישי – לבדוק שהציור מתאים להוראה.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0284C7"/>
          <w:sz w:val="30"/>
          <w:u w:val="none"/>
          <w:rtl/>
          <w:bCs/>
          <w:szCs w:val="30"/>
        </w:rPr>
        <w:t>💡 טיפים להוראה ולהתאמה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עובדות: עונת הגשמים בישראל בעיקר אוקטובר–אפריל; עשרות אלפי עגורים חורפים בעמק החולה; מאות מיליוני ציפורים עוברות מעל ישראל פעמיים בשנה.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תרדמת הקיפוד: ניסחנו "בחלק מהאזורים" כי היא תלויה באקלים.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הסיפור "המטרייה הצהובה" מקורי.</w:t>
      </w: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0284C7"/>
          <w:sz w:val="22"/>
          <w:u w:val="none"/>
          <w:rtl/>
          <w:bCs/>
          <w:szCs w:val="22"/>
        </w:rPr>
        <w:t>רמה רגילה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0284C7"/>
          <w:sz w:val="48"/>
          <w:u w:val="none"/>
          <w:rtl/>
          <w:bCs/>
          <w:szCs w:val="48"/>
        </w:rPr>
        <w:t>❄️ חוברת חורף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ארבעה טקסטים לחופשה: גשם, קיפוד, ציפורים נודדות וסיפור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0284C7"/>
          <w:sz w:val="22"/>
          <w:u w:val="none"/>
          <w:rtl/>
          <w:bCs/>
          <w:szCs w:val="22"/>
        </w:rPr>
        <w:t>כיתות ג׳–ד׳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שם: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 xml:space="preserve">__   כיתה: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_   תאריך: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0f2fe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0284C7"/>
                <w:sz w:val="30"/>
                <w:u w:val="none"/>
                <w:rtl/>
                <w:bCs/>
                <w:szCs w:val="30"/>
              </w:rPr>
              <w:t>חלק א׳ – גשם וחקלאות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קראו וענו.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0284C7"/>
          <w:sz w:val="32"/>
          <w:u w:val="none"/>
          <w:rtl/>
          <w:bCs/>
          <w:szCs w:val="32"/>
        </w:rPr>
        <w:t>🌧️ טקסט 1: היורה והמלקוש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(1) בישראל יורד גשם רק בחלק מהשנה – בעיקר בין אוקטובר לאפריל. הגשם הראשון של העונה נקרא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יורה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, והגשם האחרון, באביב, נקרא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מלקוש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(2) החקלאים מחכים ליורה, כי הוא מרכך את האדמה ומאפשר לחרוש ולזרוע. המלקוש עוזר לתבואה להבשיל לפני הקיץ.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(3) מי הגשמים זורמים לנחלים, לכנרת ולמאגרים מתחת לאדמה. לכן כל טיפה חשובה – וגם בחורף כדאי לחסוך במים.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מה פירוש "יורה" ו"מלקוש"?  [אוצר מילים]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1. יורה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הגשם האחרון, באביב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2. מלקוש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הגשם הראשון של העונה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2.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למה החקלאים מחכים ליורה?  [הבנה]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0f2fe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0284C7"/>
                <w:sz w:val="30"/>
                <w:u w:val="none"/>
                <w:rtl/>
                <w:bCs/>
                <w:szCs w:val="30"/>
              </w:rPr>
              <w:t>חלק ב׳ – בעלי חיים בחורף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שני טקסטים מידעיים.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0284C7"/>
          <w:sz w:val="32"/>
          <w:u w:val="none"/>
          <w:rtl/>
          <w:bCs/>
          <w:szCs w:val="32"/>
        </w:rPr>
        <w:t>🦔 טקסט 2: הקיפוד שהלך לישון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(1) כשמתקרר, יש בעלי חיים שנכנסים ל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תרדמת חורף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. גם הקיפוד, בחלק מהאזורים בארץ, מוצא מחבוא בין עלים יבשים ושיחים, מתכרבל לכדור ונרדם לשבועות ארוכים.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(2) בזמן התרדמה הלב שלו פועם לאט, הוא נושם לאט מאוד, וגופו מתקרר. כך הוא חוסך אנרגיה, כי בחורף קשה למצוא חרקים ותולעים לאכול.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(3) באביב, כשהאוויר מתחמם, הקיפוד מתעורר רעב מאוד ויוצא לחפש מזון. אם מוצאים קיפוד בחורף – לא מעירים אותו ולא מזיזים אותו!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3.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נכון או לא נכון?  [הבנה]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0f2fe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המשפט</w:t>
            </w:r>
          </w:p>
        </w:tc>
        <w:tc>
          <w:tcPr>
            <w:tcW w:type="dxa" w:w="5103"/>
            <w:shd w:val="clear" w:color="auto" w:fill="e0f2fe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נכון / לא נכון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בזמן התרדמה הלב של הקיפוד פועם מהר.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✓ / ✗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הקיפוד חוסך אנרגיה בתרדמה.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✓ / ✗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אם מוצאים קיפוד ישן – מעירים אותו.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✓ / ✗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0284C7"/>
          <w:sz w:val="32"/>
          <w:u w:val="none"/>
          <w:rtl/>
          <w:bCs/>
          <w:szCs w:val="32"/>
        </w:rPr>
        <w:t>🕊️ טקסט 3: אורחים עם כנפיים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(1) פעמיים בשנה עוברות מעל ישראל מאות מיליוני ציפורים נודדות. ישראל נמצאת בין אירופה, אסיה ואפריקה, ולכן היא "כביש מהיר" של ציפורים.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(2) חלק מהציפורים נשארות אצלנו כל החורף. המפורסמות ביותר הן ה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עגורים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: עשרות אלפי עגורים חורפים בעמק החולה, אוכלים בשדות ונחים באגם.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(3) אנשים מגיעים מכל הארץ ומהעולם כדי לראות אותם. בבוקר הם ממריאים יחד בלהקות ענקיות ומשמיעים קולות חצוצרה – מחזה בלתי נשכח.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4.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למה מעל ישראל עוברות כל כך הרבה ציפורים?  [סיבה]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(1)  כי בישראל חם כל השנה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(2)  כי ישראל נמצאת בין שלוש יבשות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(3)  כי יש בה הרבה עצים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(4)  כי הציפורים אוהבות ים</w:t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0f2fe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0284C7"/>
                <w:sz w:val="30"/>
                <w:u w:val="none"/>
                <w:rtl/>
                <w:bCs/>
                <w:szCs w:val="30"/>
              </w:rPr>
              <w:t>חלק ג׳ – סיפור ומסר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סיפור קצר.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0284C7"/>
          <w:sz w:val="32"/>
          <w:u w:val="none"/>
          <w:rtl/>
          <w:bCs/>
          <w:szCs w:val="32"/>
        </w:rPr>
        <w:t>☂️ טקסט 4 (סיפור): המטרייה הצהובה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(1) בבוקר גשום במיוחד יצאה עדן לבית הספר עם המטרייה הצהובה שקיבלה ליום ההולדת. בתחנה ראתה את תום, ילד מכיתה ג׳, רועד מקור ורטוב לגמרי.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(2) "אין לך מטרייה?" שאלה. תום הניד בראשו. עדן היססה רגע – המטרייה הייתה קטנה, והיא לא רצתה להירטב. ואז פתחה אותה מעל שניהם.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(3) הם הגיעו לבית הספר רטובים קצת בכתפיים, אבל צוחקים. מאז, בכל בוקר גשום, תום מחכה לה בתחנה – עם מטרייה כחולה משלו, ושוקו חם בשבילה.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5.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מה המסר הסמוי של הסיפור? ומה עשה תום כדי להחזיר טובה?  [מסר סמוי]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6.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תפזורת חורף  [משחק]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0284C7"/>
          <w:sz w:val="24"/>
          <w:u w:val="none"/>
          <w:rtl/>
          <w:bCs/>
          <w:szCs w:val="24"/>
        </w:rPr>
        <w:t>גשם   •   יורה   •   מלקוש   •   קיפוד   •   עגור   •   מטרייה   •   ענן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</w:tblGrid>
      <w:tr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מ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ל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מ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ט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ה</w:t>
            </w:r>
          </w:p>
        </w:tc>
      </w:tr>
      <w:tr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ל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כ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מ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</w:tr>
      <w:tr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א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ז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ה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צ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</w:tr>
      <w:tr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א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פ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ה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פ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ד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ד</w:t>
            </w:r>
          </w:p>
        </w:tc>
      </w:tr>
      <w:tr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מ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ה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ב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צ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מ</w:t>
            </w:r>
          </w:p>
        </w:tc>
      </w:tr>
      <w:tr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פ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ח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צ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פ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ל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ח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ד</w:t>
            </w:r>
          </w:p>
        </w:tc>
      </w:tr>
      <w:tr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כ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מ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כ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</w:tr>
      <w:tr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ט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ה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ד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ת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מ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מ</w:t>
            </w:r>
          </w:p>
        </w:tc>
      </w:tr>
      <w:tr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א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נ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ט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ב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ב</w:t>
            </w:r>
          </w:p>
        </w:tc>
      </w:tr>
      <w:tr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ט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ן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ם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7.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יומן חופשה: ציירו וכתבו מה עשיתם ביום גשום אחד בחופשה.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  <w:br/>
              <w:br/>
            </w:r>
          </w:p>
        </w:tc>
      </w:tr>
    </w:tbl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0284C7"/>
                <w:sz w:val="28"/>
                <w:u w:val="none"/>
                <w:rtl/>
                <w:bCs/>
                <w:szCs w:val="28"/>
              </w:rPr>
              <w:t>כרטיס יציאה ❄️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הטקסט שהכי אהבתי: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מילה חדשה: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😀 🙂 😐 😕 (הקיפו)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0284C7"/>
          <w:sz w:val="22"/>
          <w:u w:val="none"/>
          <w:rtl/>
          <w:bCs/>
          <w:szCs w:val="22"/>
        </w:rPr>
        <w:t>רמה מתקדמת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0284C7"/>
          <w:sz w:val="48"/>
          <w:u w:val="none"/>
          <w:rtl/>
          <w:bCs/>
          <w:szCs w:val="48"/>
        </w:rPr>
        <w:t>❄️ חוברת חורף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קישור בין טקסטים, מטאפורה, תשבץ וכתיבה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0284C7"/>
          <w:sz w:val="22"/>
          <w:u w:val="none"/>
          <w:rtl/>
          <w:bCs/>
          <w:szCs w:val="22"/>
        </w:rPr>
        <w:t>כיתות ה׳–ו׳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שם: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 xml:space="preserve">__   כיתה: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_   תאריך: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0f2fe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0284C7"/>
                <w:sz w:val="30"/>
                <w:u w:val="none"/>
                <w:rtl/>
                <w:bCs/>
                <w:szCs w:val="30"/>
              </w:rPr>
              <w:t>חלק א׳ – ארבעה טקסטים, נושא אחד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קראו את כל ארבעת הטקסטים. מה מחבר ביניהם?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0284C7"/>
          <w:sz w:val="32"/>
          <w:u w:val="none"/>
          <w:rtl/>
          <w:bCs/>
          <w:szCs w:val="32"/>
        </w:rPr>
        <w:t>🌧️ טקסט 1: היורה והמלקוש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(1) בישראל יורד גשם רק בחלק מהשנה – בעיקר בין אוקטובר לאפריל. הגשם הראשון של העונה נקרא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יורה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, והגשם האחרון, באביב, נקרא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מלקוש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(2) החקלאים מחכים ליורה, כי הוא מרכך את האדמה ומאפשר לחרוש ולזרוע. המלקוש עוזר לתבואה להבשיל לפני הקיץ.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(3) מי הגשמים זורמים לנחלים, לכנרת ולמאגרים מתחת לאדמה. לכן כל טיפה חשובה – וגם בחורף כדאי לחסוך במים.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0284C7"/>
          <w:sz w:val="32"/>
          <w:u w:val="none"/>
          <w:rtl/>
          <w:bCs/>
          <w:szCs w:val="32"/>
        </w:rPr>
        <w:t>🦔 טקסט 2: הקיפוד שהלך לישון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(1) כשמתקרר, יש בעלי חיים שנכנסים ל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תרדמת חורף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. גם הקיפוד, בחלק מהאזורים בארץ, מוצא מחבוא בין עלים יבשים ושיחים, מתכרבל לכדור ונרדם לשבועות ארוכים.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(2) בזמן התרדמה הלב שלו פועם לאט, הוא נושם לאט מאוד, וגופו מתקרר. כך הוא חוסך אנרגיה, כי בחורף קשה למצוא חרקים ותולעים לאכול.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(3) באביב, כשהאוויר מתחמם, הקיפוד מתעורר רעב מאוד ויוצא לחפש מזון. אם מוצאים קיפוד בחורף – לא מעירים אותו ולא מזיזים אותו!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0284C7"/>
          <w:sz w:val="32"/>
          <w:u w:val="none"/>
          <w:rtl/>
          <w:bCs/>
          <w:szCs w:val="32"/>
        </w:rPr>
        <w:t>🕊️ טקסט 3: אורחים עם כנפיים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(1) פעמיים בשנה עוברות מעל ישראל מאות מיליוני ציפורים נודדות. ישראל נמצאת בין אירופה, אסיה ואפריקה, ולכן היא "כביש מהיר" של ציפורים.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(2) חלק מהציפורים נשארות אצלנו כל החורף. המפורסמות ביותר הן ה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עגורים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: עשרות אלפי עגורים חורפים בעמק החולה, אוכלים בשדות ונחים באגם.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(3) אנשים מגיעים מכל הארץ ומהעולם כדי לראות אותם. בבוקר הם ממריאים יחד בלהקות ענקיות ומשמיעים קולות חצוצרה – מחזה בלתי נשכח.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0284C7"/>
          <w:sz w:val="32"/>
          <w:u w:val="none"/>
          <w:rtl/>
          <w:bCs/>
          <w:szCs w:val="32"/>
        </w:rPr>
        <w:t>☂️ טקסט 4 (סיפור): המטרייה הצהובה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(1) בבוקר גשום במיוחד יצאה עדן לבית הספר עם המטרייה הצהובה שקיבלה ליום ההולדת. בתחנה ראתה את תום, ילד מכיתה ג׳, רועד מקור ורטוב לגמרי.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(2) "אין לך מטרייה?" שאלה. תום הניד בראשו. עדן היססה רגע – המטרייה הייתה קטנה, והיא לא רצתה להירטב. ואז פתחה אותה מעל שניהם.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(3) הם הגיעו לבית הספר רטובים קצת בכתפיים, אבל צוחקים. מאז, בכל בוקר גשום, תום מחכה לה בתחנה – עם מטרייה כחולה משלו, ושוקו חם בשבילה.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השלימו טבלת השוואה.  [השוואה]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0f2fe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טקסט</w:t>
            </w:r>
          </w:p>
        </w:tc>
        <w:tc>
          <w:tcPr>
            <w:tcW w:type="dxa" w:w="3402"/>
            <w:shd w:val="clear" w:color="auto" w:fill="e0f2fe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סוג הטקסט (מידעי/סיפורי)</w:t>
            </w:r>
          </w:p>
        </w:tc>
        <w:tc>
          <w:tcPr>
            <w:tcW w:type="dxa" w:w="3402"/>
            <w:shd w:val="clear" w:color="auto" w:fill="e0f2fe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הרעיון המרכזי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2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3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4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2.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מה הקשר בין טקסט 1 לטקסט 2? (רמז: מזון ומים בחורף)  [קישור בין טקסטים]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3.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הסבירו את המטאפורה "כביש מהיר של ציפורים".  [לשון ציורית]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4.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פתרו את התשבץ.  [תשבץ]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1</w:t>
            </w:r>
          </w:p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</w:tr>
      <w:tr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</w:tr>
      <w:tr>
        <w:tc>
          <w:tcPr>
            <w:tcW w:type="dxa" w:w="1458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2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3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  <w:shd w:val="clear" w:color="auto" w:fill="333333"/>
          </w:tcPr>
          <w:p/>
        </w:tc>
      </w:tr>
      <w:tr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</w:tr>
      <w:tr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</w:tr>
      <w:tr>
        <w:tc>
          <w:tcPr>
            <w:tcW w:type="dxa" w:w="1458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4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5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</w:tr>
      <w:tr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</w:tr>
      <w:tr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</w:tr>
      <w:tr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6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</w:tr>
      <w:tr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</w:tr>
    </w:tbl>
    <w:p>
      <w:pPr>
        <w:bidi/>
        <w:spacing w:after="80" w:before="0"/>
        <w:jc w:val="right"/>
      </w:pP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284C7"/>
          <w:sz w:val="24"/>
          <w:u w:val="none"/>
          <w:rtl/>
          <w:bCs/>
          <w:szCs w:val="24"/>
        </w:rPr>
        <w:t>מאוזן ←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2. צהובה, בסיפור (6)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4. שינה ארוכה של בעלי חיים בחורף (5)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6. ציפורים שחורפות בחולה (6)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284C7"/>
          <w:sz w:val="24"/>
          <w:u w:val="none"/>
          <w:rtl/>
          <w:bCs/>
          <w:szCs w:val="24"/>
        </w:rPr>
        <w:t>מאונך ↓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1. אגם שמתמלא ממי הגשמים (4)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3. הגשם הראשון (4)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5. הגשם האחרון (5)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5.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כתבו המשך לסיפור "המטרייה הצהובה" – יום שבו תום עוזר למישהו אחר.  [כתיבה יוצרת]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0284C7"/>
                <w:sz w:val="28"/>
                <w:u w:val="none"/>
                <w:rtl/>
                <w:bCs/>
                <w:szCs w:val="28"/>
              </w:rPr>
              <w:t>כרטיס יציאה ❄️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הקשר בין שני טקסטים: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משהו שאעשה כדי לחסוך במים: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😀 🙂 😐 😕 (הקיפו)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0284C7"/>
          <w:sz w:val="22"/>
          <w:u w:val="none"/>
          <w:rtl/>
          <w:bCs/>
          <w:szCs w:val="22"/>
        </w:rPr>
        <w:t>רמה מותאמת – עולים וחנ״מ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0284C7"/>
          <w:sz w:val="48"/>
          <w:u w:val="none"/>
          <w:rtl/>
          <w:bCs/>
          <w:szCs w:val="48"/>
        </w:rPr>
        <w:t>❄️ בָּא הַחֹרֶף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טֵקְסְט קַל + מִשְׂחֲקֵי מִלִּים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0284C7"/>
          <w:sz w:val="22"/>
          <w:u w:val="none"/>
          <w:rtl/>
          <w:bCs/>
          <w:szCs w:val="22"/>
        </w:rPr>
        <w:t>כיתות ב׳–ג׳ · עולים · חנ״מ · עם ניקוד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שֵׁם: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 xml:space="preserve">__   כִּתָּה: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_   תַּאֲרִיךְ: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0f2fe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0284C7"/>
                <w:sz w:val="30"/>
                <w:u w:val="none"/>
                <w:rtl/>
                <w:bCs/>
                <w:szCs w:val="30"/>
              </w:rPr>
              <w:t>חֵלֶק א׳ – חֹרֶף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קִרְאוּ.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0284C7"/>
          <w:sz w:val="32"/>
          <w:u w:val="none"/>
          <w:rtl/>
          <w:bCs/>
          <w:szCs w:val="32"/>
        </w:rPr>
        <w:t>🌧️ בָּא הַחֹרֶף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(1) בַּחֹרֶף קַר.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(2) יוֹרֵד גֶּשֶׁם.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(3) לוֹבְשִׁים מְעִיל.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(4) לוֹקְחִים מִטְרִיָּה.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(5) הַקִּפּוֹד יָשָׁן כָּל הַחֹרֶף.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(6) הַצִּפּוֹרִים בָּאוֹת לְבַקֵּר.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1.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מָה לוֹקְחִים כְּשֶׁיּוֹרֵד גֶּשֶׁם?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(1)  מִטְרִיָּה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(2)  כּוֹבַע יָם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(3)  מִשְׁקְפֵי שֶׁמֶשׁ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2.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מִי יָשֵׁן כָּל הַחֹרֶף?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(1)  הַכֶּלֶב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(2)  הַקִּפּוֹד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(3)  הֶחָתוּל</w:t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0f2fe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0284C7"/>
                <w:sz w:val="30"/>
                <w:u w:val="none"/>
                <w:rtl/>
                <w:bCs/>
                <w:szCs w:val="30"/>
              </w:rPr>
              <w:t>חֵלֶק ב׳ – מִלִּים שֶׁל חֹרֶף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גִּזְרוּ.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🌧️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גֶּשֶׁם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מִטְרִיָּה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🧥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מְעִיל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קִפּוֹד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☁️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עָנָן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🧣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צָעִיף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3.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מִיְּנוּ: מָה לוֹבְשִׁים בַּחֹרֶף וּמָה בַּקַּיִץ?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כּוֹבַע יָם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סַנְדָּלִים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בֶּגֶד יָם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מְעִיל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צָעִיף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מַגָּפַיִם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0f2fe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u w:val="none"/>
                <w:rtl/>
                <w:bCs/>
                <w:szCs w:val="24"/>
              </w:rPr>
              <w:t>❄ חֹרֶף</w:t>
            </w:r>
          </w:p>
        </w:tc>
        <w:tc>
          <w:tcPr>
            <w:tcW w:type="dxa" w:w="5103"/>
            <w:shd w:val="clear" w:color="auto" w:fill="e0f2fe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u w:val="none"/>
                <w:rtl/>
                <w:bCs/>
                <w:szCs w:val="24"/>
              </w:rPr>
              <w:t>☀ קַיִץ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4.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צִיְּרוּ אֶת עַצְמְכֶם בְּיוֹם גָּשׁוּם.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  <w:br/>
              <w:br/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0284C7"/>
                <w:sz w:val="28"/>
                <w:u w:val="none"/>
                <w:rtl/>
                <w:bCs/>
                <w:szCs w:val="28"/>
              </w:rPr>
              <w:t>כַּרְטִיס יְצִיאָה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מִלָּה שֶׁל חֹרֶף: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😀 🙂 😐 (הִקִּיפוּ)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80" w:before="0"/>
        <w:jc w:val="right"/>
      </w:pPr>
    </w:p>
    <w:p>
      <w:pPr>
        <w:bidi/>
        <w:spacing w:after="80" w:before="0"/>
        <w:jc w:val="center"/>
      </w:pPr>
      <w:r>
        <w:rPr>
          <w:rFonts w:ascii="Arial" w:hAnsi="Arial" w:cs="Arial"/>
          <w:b w:val="0"/>
          <w:color w:val="666666"/>
          <w:sz w:val="20"/>
          <w:u w:val="none"/>
          <w:rtl/>
          <w:szCs w:val="20"/>
        </w:rPr>
        <w:t>יצרה: רוית ראש בן ישי</w:t>
      </w:r>
    </w:p>
    <w:sectPr w:rsidR="00FC693F" w:rsidRPr="0006063C" w:rsidSect="00034616">
      <w:footerReference w:type="default" r:id="rId9"/>
      <w:pgSz w:w="11906" w:h="16838"/>
      <w:pgMar w:top="794" w:right="850" w:bottom="794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Arial" w:hAnsi="Arial" w:cs="Arial"/>
        <w:b w:val="0"/>
        <w:color w:val="666666"/>
        <w:sz w:val="18"/>
        <w:u w:val="none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